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3399"/>
          <w:sz w:val="36"/>
        </w:rPr>
        <w:t>JAVNI POZIV ZA ISKAZIVANJE INTERESA</w:t>
      </w:r>
    </w:p>
    <w:p>
      <w:pPr>
        <w:jc w:val="center"/>
      </w:pPr>
      <w:r>
        <w:rPr>
          <w:b/>
          <w:sz w:val="32"/>
        </w:rPr>
        <w:t>Jednodnevni izlet u Novi Vinodolski</w:t>
      </w:r>
    </w:p>
    <w:p>
      <w:pPr>
        <w:jc w:val="center"/>
      </w:pPr>
      <w:r>
        <w:rPr>
          <w:i/>
          <w:color w:val="444444"/>
          <w:sz w:val="22"/>
        </w:rPr>
        <w:t>Projekt Zlatni puls</w:t>
      </w:r>
    </w:p>
    <w:p>
      <w:pPr>
        <w:jc w:val="center"/>
      </w:pPr>
      <w:r>
        <w:rPr>
          <w:b/>
          <w:color w:val="1F5AAA"/>
          <w:sz w:val="28"/>
        </w:rPr>
        <w:t>Prijavite se za besplatan izlet!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sz w:val="48"/>
              </w:rPr>
              <w:t>📅</w:t>
            </w:r>
          </w:p>
        </w:tc>
        <w:tc>
          <w:tcPr>
            <w:tcW w:type="dxa" w:w="83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sz w:val="24"/>
              </w:rPr>
              <w:t xml:space="preserve">Datum: </w:t>
            </w:r>
            <w:r>
              <w:rPr>
                <w:sz w:val="24"/>
              </w:rPr>
              <w:t>6. 8. 2026.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sz w:val="48"/>
              </w:rPr>
              <w:t>📍</w:t>
            </w:r>
          </w:p>
        </w:tc>
        <w:tc>
          <w:tcPr>
            <w:tcW w:type="dxa" w:w="83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sz w:val="24"/>
              </w:rPr>
              <w:t xml:space="preserve">Mjesto: </w:t>
            </w:r>
            <w:r>
              <w:rPr>
                <w:sz w:val="24"/>
              </w:rPr>
              <w:t>Novi Vinodolski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sz w:val="48"/>
              </w:rPr>
              <w:t>👥</w:t>
            </w:r>
          </w:p>
        </w:tc>
        <w:tc>
          <w:tcPr>
            <w:tcW w:type="dxa" w:w="83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sz w:val="24"/>
              </w:rPr>
              <w:t xml:space="preserve">Broj mjesta: </w:t>
            </w:r>
            <w:r>
              <w:rPr>
                <w:sz w:val="24"/>
              </w:rPr>
              <w:t>80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sz w:val="48"/>
              </w:rPr>
              <w:t>🚌</w:t>
            </w:r>
          </w:p>
        </w:tc>
        <w:tc>
          <w:tcPr>
            <w:tcW w:type="dxa" w:w="83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sz w:val="24"/>
              </w:rPr>
              <w:t xml:space="preserve">Polazak: </w:t>
            </w:r>
            <w:r>
              <w:rPr>
                <w:sz w:val="24"/>
              </w:rPr>
              <w:t>Dugo Selo u 5:20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sz w:val="48"/>
              </w:rPr>
              <w:t>🏟️</w:t>
            </w:r>
          </w:p>
        </w:tc>
        <w:tc>
          <w:tcPr>
            <w:tcW w:type="dxa" w:w="8391"/>
            <w:shd w:fill="EAF3FF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sz w:val="24"/>
              </w:rPr>
              <w:t xml:space="preserve">Mjesto polaska: </w:t>
            </w:r>
            <w:r>
              <w:rPr>
                <w:sz w:val="24"/>
              </w:rPr>
              <w:t>parking kod NK Dugo Selo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EAF7EA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sz w:val="48"/>
              </w:rPr>
              <w:t>💶</w:t>
            </w:r>
          </w:p>
        </w:tc>
        <w:tc>
          <w:tcPr>
            <w:tcW w:type="dxa" w:w="8391"/>
            <w:shd w:fill="EAF7EA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sz w:val="24"/>
              </w:rPr>
              <w:t xml:space="preserve">Cijena: </w:t>
            </w:r>
            <w:r>
              <w:rPr>
                <w:sz w:val="24"/>
              </w:rPr>
              <w:t>Prijevoz i sudjelovanje su besplatni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FFF4E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sz w:val="48"/>
              </w:rPr>
              <w:t>⏳</w:t>
            </w:r>
          </w:p>
        </w:tc>
        <w:tc>
          <w:tcPr>
            <w:tcW w:type="dxa" w:w="8391"/>
            <w:shd w:fill="FFF4E5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sz w:val="24"/>
              </w:rPr>
              <w:t xml:space="preserve">Prijave do: </w:t>
            </w:r>
            <w:r>
              <w:rPr>
                <w:sz w:val="24"/>
              </w:rPr>
              <w:t>3. 8. 2026.</w:t>
            </w:r>
          </w:p>
        </w:tc>
      </w:tr>
    </w:tbl>
    <w:p/>
    <w:p>
      <w:pPr>
        <w:jc w:val="center"/>
      </w:pPr>
      <w:r>
        <w:rPr>
          <w:b/>
          <w:color w:val="003399"/>
          <w:sz w:val="30"/>
        </w:rPr>
        <w:t>KAKO SE PRIJAVITI?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F9FBFF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sz w:val="40"/>
              </w:rPr>
              <w:t>1️⃣</w:t>
            </w:r>
          </w:p>
        </w:tc>
        <w:tc>
          <w:tcPr>
            <w:tcW w:type="dxa" w:w="8391"/>
            <w:shd w:fill="F9FBFF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sz w:val="24"/>
              </w:rPr>
              <w:t>Putem web stranice</w:t>
            </w:r>
          </w:p>
          <w:p>
            <w:pPr>
              <w:spacing w:before="0" w:after="0"/>
            </w:pPr>
            <w:r>
              <w:rPr>
                <w:sz w:val="24"/>
              </w:rPr>
              <w:t>www.usuhdszlatnipuls.com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F9FBFF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sz w:val="40"/>
              </w:rPr>
              <w:t>2️⃣</w:t>
            </w:r>
          </w:p>
        </w:tc>
        <w:tc>
          <w:tcPr>
            <w:tcW w:type="dxa" w:w="8391"/>
            <w:shd w:fill="F9FBFF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sz w:val="24"/>
              </w:rPr>
              <w:t>Osobno</w:t>
            </w:r>
          </w:p>
          <w:p>
            <w:pPr>
              <w:spacing w:before="0" w:after="0"/>
            </w:pPr>
            <w:r>
              <w:rPr>
                <w:sz w:val="24"/>
              </w:rPr>
              <w:t>Gradska udruga umirovljenika</w:t>
            </w:r>
          </w:p>
          <w:p>
            <w:pPr>
              <w:spacing w:before="0" w:after="0"/>
            </w:pPr>
            <w:r>
              <w:rPr>
                <w:sz w:val="24"/>
              </w:rPr>
              <w:t>ponedjeljak 9:00 – 11:00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91"/>
        <w:gridCol w:w="8391"/>
      </w:tblGrid>
      <w:tr>
        <w:tc>
          <w:tcPr>
            <w:tcW w:type="dxa" w:w="1191"/>
            <w:shd w:fill="F9FBFF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sz w:val="40"/>
              </w:rPr>
              <w:t>3️⃣</w:t>
            </w:r>
          </w:p>
        </w:tc>
        <w:tc>
          <w:tcPr>
            <w:tcW w:type="dxa" w:w="8391"/>
            <w:shd w:fill="F9FBFF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sz w:val="24"/>
              </w:rPr>
              <w:t>Telefonom</w:t>
            </w:r>
          </w:p>
          <w:p>
            <w:pPr>
              <w:spacing w:before="0" w:after="0"/>
            </w:pPr>
            <w:r>
              <w:rPr>
                <w:sz w:val="24"/>
              </w:rPr>
              <w:t>091 780 7491</w:t>
            </w:r>
          </w:p>
        </w:tc>
      </w:tr>
    </w:tbl>
    <w:p/>
    <w:p>
      <w:pPr>
        <w:jc w:val="center"/>
      </w:pPr>
      <w:r>
        <w:rPr>
          <w:b/>
          <w:color w:val="1A7F37"/>
          <w:sz w:val="28"/>
        </w:rPr>
        <w:t>✅ PRIJAVITE SE NA VRIJEME</w:t>
      </w:r>
    </w:p>
    <w:p>
      <w:pPr>
        <w:jc w:val="center"/>
      </w:pPr>
      <w:r>
        <w:rPr>
          <w:i/>
          <w:sz w:val="24"/>
        </w:rPr>
        <w:t>Veselimo se vašem dolasku!</w:t>
      </w:r>
    </w:p>
    <w:p>
      <w:pPr>
        <w:jc w:val="center"/>
      </w:pPr>
      <w:r>
        <w:rPr>
          <w:color w:val="444444"/>
          <w:sz w:val="20"/>
        </w:rPr>
        <w:t>Izlet se financira iz projekta Zlatni puls.</w:t>
      </w:r>
    </w:p>
    <w:p>
      <w:pPr>
        <w:spacing w:before="120" w:after="0"/>
        <w:jc w:val="center"/>
      </w:pPr>
      <w:r>
        <w:rPr>
          <w:color w:val="666666"/>
          <w:sz w:val="16"/>
        </w:rPr>
        <w:t>Izneseni stavovi i mišljenja samo su autorova i ne odražavaju nužno službena stajališta Europske unije, Vlade Republike Hrvatske – Ureda za udruge niti Nacionalne zaklade za razvoj civilnoga društva. Ni Europska unija, ni Vlada Republike Hrvatske – Ured za udruge, ni Nacionalna zaklada za razvoj civilnoga društva ne mogu se smatrati odgovornima za njih.</w:t>
      </w:r>
    </w:p>
    <w:sectPr w:rsidR="00FC693F" w:rsidRPr="0006063C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